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Longleat Motor Show Weekender named a 2026 Historic Awards finalist</w:t>
      </w:r>
    </w:p>
    <w:p>
      <w:pPr>
        <w:pStyle w:val="ReleaseDate"/>
        <w:keepLines/>
      </w:pPr>
      <w:r>
        <w:rPr>
          <w:b/>
        </w:rPr>
        <w:t>Press release · 2 November 2026</w:t>
      </w:r>
    </w:p>
    <w:p>
      <w:pPr>
        <w:pStyle w:val="Standfirst"/>
        <w:keepLines/>
      </w:pPr>
      <w:r>
        <w:rPr/>
        <w:t>Great British Motor Shows is celebrating its partner Longleat Motor Show Weekender’s selection as one of three finalists in the Motoring Spectacle category, supported by Bosch, of the 2026 Royal Automobile Club Historic Awards.</w:t>
      </w:r>
    </w:p>
    <w:p>
      <w:pPr>
        <w:keepLines/>
      </w:pPr>
      <w:r>
        <w:rPr/>
        <w:t>Great British Motor Shows founder Steve Bishop is based in Holme-upon-Spalding-Moor, Yorkshire. The finalist recognition celebrates the work brought together at Longleat by the host estate, Masters of Motoring, Great British Motor Shows and the Lombard Rally team.</w:t>
      </w:r>
    </w:p>
    <w:p>
      <w:pPr>
        <w:keepLines/>
      </w:pPr>
      <w:r>
        <w:rPr/>
        <w:t>The inaugural event on 27–28 June 2026 welcomed thousands of visitors. Historic motoring displays and live rally-car demonstrations brought owners and visitors together at the Wiltshire estate.</w:t>
      </w:r>
    </w:p>
    <w:p>
      <w:pPr>
        <w:keepLines/>
      </w:pPr>
      <w:r>
        <w:rPr/>
        <w:t>Longleat partnered with Masters of Motoring, Great British Motor Shows and the Lombard Rally team to bring the Weekender together.</w:t>
      </w:r>
    </w:p>
    <w:p>
      <w:pPr>
        <w:keepLines/>
      </w:pPr>
      <w:r>
        <w:rPr/>
        <w:t>Steve Bishop, Founder of Great British Motor Shows and Masters of Motoring, said: “Longleat was both our host and our partner. The support of the entire team was invaluable, and we are looking forward to working with them again for the 2027 Weekender which takes place in July.”</w:t>
      </w:r>
    </w:p>
    <w:p>
      <w:pPr>
        <w:keepNext/>
        <w:keepLines/>
      </w:pPr>
      <w:r>
        <w:rPr/>
        <w:t>Scott Ashman, Head of Operations at Longleat, said: “We were delighted to be selected as a finalist; it is testament to the hard work of all involved, feedback from our guests, the team on site plus every owner, club, visitor and member of the event teams who contributed.</w:t>
      </w:r>
    </w:p>
    <w:p>
      <w:pPr>
        <w:keepLines/>
      </w:pPr>
      <w:r>
        <w:rPr/>
        <w:t>“We are very pleased to be working with Steve and the team to bring the event back in summer 2027.”</w:t>
      </w:r>
    </w:p>
    <w:p>
      <w:pPr>
        <w:keepLines/>
      </w:pPr>
      <w:r>
        <w:rPr/>
        <w:t>Thank you to everyone who supported the Weekender, including Deacons Goldsmiths of Swindon, our 2026 jewellery partner.</w:t>
      </w:r>
    </w:p>
    <w:p>
      <w:pPr>
        <w:pStyle w:val="Heading1"/>
        <w:keepLines/>
      </w:pPr>
      <w:r>
        <w:rPr/>
        <w:t>Join us at Longleat on 3–4 July 2027</w:t>
      </w:r>
    </w:p>
    <w:p>
      <w:pPr>
        <w:keepLines/>
      </w:pPr>
      <w:r>
        <w:rPr/>
        <w:t xml:space="preserve">The winners will be announced on 19 November 2026 at the Royal Automobile Club in Pall Mall. Looking ahead, the next Longleat Motor Show Weekender is on </w:t>
      </w:r>
      <w:r>
        <w:rPr>
          <w:b/>
        </w:rPr>
        <w:t>3–4 July 2027</w:t>
      </w:r>
      <w:r>
        <w:rPr/>
        <w:t>.</w:t>
      </w:r>
    </w:p>
    <w:p>
      <w:pPr>
        <w:keepLines/>
      </w:pPr>
      <w:r>
        <w:rPr/>
        <w:t>The organisers are welcoming expressions of interest from owners and clubs for next year. Said Steve: “With 2027 marking Ferrari’s 80th anniversary and 40 years since the launch of the F40, we are also exploring an anniversary display. Ferrari owners, particularly F40 owners, are invited to get in touch. The display and final line-up remain subject to confirmation.”</w:t>
      </w:r>
    </w:p>
    <w:p>
      <w:pPr>
        <w:keepLines/>
      </w:pPr>
      <w:r>
        <w:rPr/>
        <w:t xml:space="preserve">Would you like to be involved? </w:t>
      </w:r>
      <w:hyperlink r:id="rId9" w:history="1">
        <w:r>
          <w:rPr>
            <w:rStyle w:val="Hyperlink"/>
          </w:rPr>
          <w:t xml:space="preserve">Explore the 3–4 July 2027 event</w:t>
        </w:r>
      </w:hyperlink>
      <w:r>
        <w:rPr/>
        <w:t xml:space="preserve"> or email </w:t>
      </w:r>
      <w:hyperlink r:id="rId10" w:history="1">
        <w:r>
          <w:rPr>
            <w:rStyle w:val="Hyperlink"/>
          </w:rPr>
          <w:t xml:space="preserve">steve@greatbritishmotorshows.com</w:t>
        </w:r>
      </w:hyperlink>
      <w:r>
        <w:rPr/>
        <w:t xml:space="preserve"> with your name, car model and year, club name if relevant, and availability. No place, price or booking is confirmed by enquiring.</w:t>
      </w:r>
    </w:p>
    <w:p>
      <w:pPr>
        <w:pStyle w:val="Heading1"/>
        <w:keepLines/>
        <w:pageBreakBefore/>
      </w:pPr>
      <w:r>
        <w:rPr/>
        <w:t>Notes for editors</w:t>
      </w:r>
    </w:p>
    <w:p>
      <w:pPr>
        <w:keepLines/>
      </w:pPr>
      <w:r>
        <w:rPr/>
        <w:t>2026 award: Longleat Motor Show Weekender is one of three finalists in the Motoring Spectacle category, supported by Bosch, of the Royal Automobile Club Historic Awards. Winners will be announced on 19 November 2026 at the Royal Automobile Club in Pall Mall.</w:t>
      </w:r>
    </w:p>
    <w:p>
      <w:pPr>
        <w:keepLines/>
      </w:pPr>
      <w:r>
        <w:rPr/>
        <w:t>2026 event: the inaugural Weekender took place on 27–28 June 2026 at Longleat in Wiltshire. Photography supplied with this release shows that event.</w:t>
      </w:r>
    </w:p>
    <w:p>
      <w:pPr>
        <w:keepLines/>
      </w:pPr>
      <w:r>
        <w:rPr/>
        <w:t>2027 event: confirmed dates are 3–4 July 2027. The programme and final vehicle line-up remain subject to confirmation. A Ferrari anniversary display is being explored; no Ferrari participation or endorsement is confirmed by this release.</w:t>
      </w:r>
    </w:p>
    <w:p>
      <w:pPr>
        <w:keepLines/>
      </w:pPr>
      <w:r>
        <w:rPr/>
        <w:t>Owner and club enquiries: email Steve with your name, vehicle model and year, club name if relevant, and availability. An enquiry confirms no place, price or booking.</w:t>
      </w:r>
    </w:p>
    <w:p>
      <w:pPr>
        <w:keepLines/>
      </w:pPr>
      <w:r>
        <w:rPr/>
        <w:t>Photo credit: © Longleat / Chris Lacey. Use the approved photograph for editorial coverage of this story. Contact Steve for a higher-resolution file or a specific format before large-format print use.</w:t>
      </w:r>
    </w:p>
    <w:p>
      <w:pPr>
        <w:keepLines/>
      </w:pPr>
      <w:r>
        <w:rPr/>
        <w:t>Finalist artwork: use the complete official 2026 Motoring Spectacle finalist artwork as supplied. Do not crop, alter or imply winner status. Brand logos should remain separate.</w:t>
      </w:r>
    </w:p>
    <w:p>
      <w:pPr>
        <w:keepLines/>
      </w:pPr>
      <w:r>
        <w:rPr/>
        <w:t xml:space="preserve">Media contact: Steve Bishop, Founder of Great British Motor Shows and Masters of Motoring — </w:t>
      </w:r>
      <w:hyperlink r:id="rId10" w:history="1">
        <w:r>
          <w:rPr>
            <w:rStyle w:val="Hyperlink"/>
          </w:rPr>
          <w:t xml:space="preserve">steve@greatbritishmotorshows.com</w:t>
        </w:r>
      </w:hyperlink>
      <w:r>
        <w:rPr/>
        <w:t>.</w:t>
      </w:r>
    </w:p>
    <w:p>
      <w:pPr>
        <w:keepLines/>
      </w:pPr>
      <w:hyperlink r:id="rId11" w:history="1">
        <w:r>
          <w:rPr>
            <w:rStyle w:val="Hyperlink"/>
          </w:rPr>
          <w:t xml:space="preserve">Official 2026 Royal Automobile Club Historic Awards finalists</w:t>
        </w:r>
      </w:hyperlink>
      <w:r>
        <w:rPr/>
        <w:t xml:space="preserve"> · </w:t>
      </w:r>
      <w:hyperlink r:id="rId12" w:history="1">
        <w:r>
          <w:rPr>
            <w:rStyle w:val="Hyperlink"/>
          </w:rPr>
          <w:t xml:space="preserve">Longleat’s 2027 date announcement</w:t>
        </w:r>
      </w:hyperlink>
    </w:p>
    <w:p>
      <w:pPr>
        <w:keepLines/>
      </w:pPr>
      <w:r>
        <w:rPr/>
        <w:t xml:space="preserve">Press enquiries: </w:t>
      </w:r>
      <w:hyperlink r:id="rId10" w:history="1">
        <w:r>
          <w:rPr>
            <w:rStyle w:val="Hyperlink"/>
          </w:rPr>
          <w:t xml:space="preserve">Steve Bishop</w:t>
        </w:r>
      </w:hyperlink>
      <w:r>
        <w:rPr/>
        <w:t xml:space="preserve">. </w:t>
      </w:r>
      <w:hyperlink r:id="rId13" w:history="1">
        <w:r>
          <w:rPr>
            <w:rStyle w:val="Hyperlink"/>
          </w:rPr>
          <w:t xml:space="preserve">Download the approved 2026 event photograph</w:t>
        </w:r>
      </w:hyperlink>
      <w:r>
        <w:rPr/>
        <w:t xml:space="preserve"> for coverage of this story, credited © Longleat / Chris Lacey. </w:t>
      </w:r>
      <w:hyperlink r:id="rId14" w:history="1">
        <w:r>
          <w:rPr>
            <w:rStyle w:val="Hyperlink"/>
          </w:rPr>
          <w:t xml:space="preserve">Download the official finalist artwork</w:t>
        </w:r>
      </w:hyperlink>
      <w:r>
        <w:rPr/>
        <w:t>; keep the artwork complete and separate.</w:t>
      </w:r>
    </w:p>
    <w:p>
      <w:pPr>
        <w:pStyle w:val="Heading1"/>
      </w:pPr>
      <w:r>
        <w:t>Images and assets</w:t>
      </w:r>
    </w:p>
    <w:p>
      <w:pPr>
        <w:pStyle w:val="AssetCaption"/>
      </w:pPr>
      <w:r>
        <w:rPr/>
        <w:t>2026 Royal Automobile Club Historic Awards — Motoring Spectacle finalist.</w:t>
      </w:r>
    </w:p>
    <w:p>
      <w:pPr>
        <w:pStyle w:val="AssetLink"/>
      </w:pPr>
      <w:hyperlink r:id="rId14" w:history="1">
        <w:r>
          <w:rPr>
            <w:rStyle w:val="Hyperlink"/>
          </w:rPr>
          <w:t xml:space="preserve">Download official finalist artwork</w:t>
        </w:r>
      </w:hyperlink>
    </w:p>
    <w:p>
      <w:pPr>
        <w:pStyle w:val="AssetCaption"/>
      </w:pPr>
      <w:r>
        <w:rPr/>
        <w:t>Longleat Motor Show Weekender 2026 © Longleat. Photo by Chris Lacey. Archive photograph; pictured vehicles are not confirmed for 2027.</w:t>
      </w:r>
    </w:p>
    <w:p>
      <w:pPr>
        <w:pStyle w:val="AssetLink"/>
      </w:pPr>
      <w:hyperlink r:id="rId13" w:history="1">
        <w:r>
          <w:rPr>
            <w:rStyle w:val="Hyperlink"/>
          </w:rPr>
          <w:t xml:space="preserve">Download approved 2026 event photograph</w:t>
        </w:r>
      </w:hyperlink>
    </w:p>
    <w:p>
      <w:pPr>
        <w:pStyle w:val="SourceLink"/>
      </w:pPr>
      <w:hyperlink r:id="rId15" w:history="1">
        <w:r>
          <w:rPr>
            <w:rStyle w:val="Hyperlink"/>
          </w:rPr>
          <w:t xml:space="preserve">Published article</w:t>
        </w:r>
      </w:hyperlink>
    </w:p>
    <w:sectPr w:rsidR="00FC693F" w:rsidRPr="0006063C" w:rsidSect="00034616">
      <w:pgSz w:w="11906" w:h="16838"/>
      <w:pgMar w:top="1134" w:right="1247" w:bottom="1134"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i w:val="0"/>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0" w:lineRule="auto"/>
      <w:outlineLvl w:val="0"/>
    </w:pPr>
    <w:rPr>
      <w:rFonts w:ascii="Arial" w:hAnsi="Arial" w:eastAsia="Arial" w:cs="Arial"/>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50" w:lineRule="auto"/>
      <w:outlineLvl w:val="1"/>
    </w:pPr>
    <w:rPr>
      <w:rFonts w:ascii="Arial" w:hAnsi="Arial" w:eastAsia="Arial" w:cs="Arial"/>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50" w:lineRule="auto" w:before="0"/>
      <w:contextualSpacing/>
    </w:pPr>
    <w:rPr>
      <w:rFonts w:ascii="Arial" w:hAnsi="Arial" w:eastAsia="Arial" w:cs="Arial"/>
      <w:b/>
      <w:i w:val="0"/>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20" w:line="250" w:lineRule="auto"/>
    </w:pPr>
    <w:rPr>
      <w:rFonts w:ascii="Arial" w:hAnsi="Arial" w:eastAsia="Arial" w:cs="Arial"/>
      <w:b w:val="0"/>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Date">
    <w:name w:val="Release Date"/>
    <w:basedOn w:val="Normal"/>
    <w:pPr>
      <w:spacing w:after="180"/>
    </w:pPr>
    <w:rPr>
      <w:rFonts w:ascii="Arial" w:hAnsi="Arial" w:eastAsia="Arial" w:cs="Arial"/>
      <w:b w:val="0"/>
      <w:i w:val="0"/>
      <w:color w:val="000000"/>
      <w:sz w:val="21"/>
    </w:rPr>
  </w:style>
  <w:style w:type="paragraph" w:customStyle="1" w:styleId="Standfirst">
    <w:name w:val="Standfirst"/>
    <w:basedOn w:val="Normal"/>
    <w:pPr>
      <w:spacing w:after="180"/>
    </w:pPr>
    <w:rPr>
      <w:rFonts w:ascii="Arial" w:hAnsi="Arial" w:eastAsia="Arial" w:cs="Arial"/>
      <w:b/>
      <w:i w:val="0"/>
      <w:color w:val="000000"/>
      <w:sz w:val="22"/>
    </w:rPr>
  </w:style>
  <w:style w:type="paragraph" w:customStyle="1" w:styleId="AssetCaption">
    <w:name w:val="Asset Caption"/>
    <w:basedOn w:val="Normal"/>
    <w:pPr>
      <w:keepNext/>
      <w:spacing w:after="60"/>
    </w:pPr>
    <w:rPr>
      <w:rFonts w:ascii="Arial" w:hAnsi="Arial" w:eastAsia="Arial" w:cs="Arial"/>
      <w:b w:val="0"/>
      <w:i/>
      <w:color w:val="000000"/>
      <w:sz w:val="21"/>
    </w:rPr>
  </w:style>
  <w:style w:type="paragraph" w:customStyle="1" w:styleId="AssetLink">
    <w:name w:val="Asset Link"/>
    <w:basedOn w:val="Normal"/>
    <w:pPr>
      <w:spacing w:after="140"/>
    </w:pPr>
    <w:rPr>
      <w:rFonts w:ascii="Arial" w:hAnsi="Arial" w:eastAsia="Arial" w:cs="Arial"/>
      <w:b w:val="0"/>
      <w:i w:val="0"/>
      <w:color w:val="000000"/>
      <w:sz w:val="21"/>
    </w:rPr>
  </w:style>
  <w:style w:type="paragraph" w:customStyle="1" w:styleId="SourceLink">
    <w:name w:val="Source Link"/>
    <w:basedOn w:val="Normal"/>
    <w:rPr>
      <w:rFonts w:ascii="Arial" w:hAnsi="Arial" w:eastAsia="Arial" w:cs="Arial"/>
      <w:b w:val="0"/>
      <w:i w:val="0"/>
      <w:color w:val="000000"/>
      <w:sz w:val="21"/>
    </w:rPr>
  </w:style>
  <w:style w:type="character" w:customStyle="1" w:styleId="Hyperlink">
    <w:name w:val="Hyperlink"/>
    <w:rPr>
      <w:rFonts w:ascii="Arial" w:hAnsi="Arial" w:eastAsia="Arial" w:cs="Arial"/>
      <w:b w:val="0"/>
      <w:i w:val="0"/>
      <w:color w:val="005A9C"/>
      <w:sz w:val="22"/>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reatbritishmotorshows.com/event/longleat-motor-show-weekender/" TargetMode="External"/><Relationship Id="rId10" Type="http://schemas.openxmlformats.org/officeDocument/2006/relationships/hyperlink" Target="mailto:steve@greatbritishmotorshows.com" TargetMode="External"/><Relationship Id="rId11" Type="http://schemas.openxmlformats.org/officeDocument/2006/relationships/hyperlink" Target="https://royalautomobileclubhistoricawards.co.uk/2026-finalists" TargetMode="External"/><Relationship Id="rId12" Type="http://schemas.openxmlformats.org/officeDocument/2006/relationships/hyperlink" Target="https://www.longleat.co.uk/latest-news/2026/save-the-date-for-the-longleat-motor-show-weekender" TargetMode="External"/><Relationship Id="rId13" Type="http://schemas.openxmlformats.org/officeDocument/2006/relationships/hyperlink" Target="https://greatbritishmotorshows.com/wp-content/uploads/2026/10/Longleat-Motor-Show-Weekender-2026-&#169;-Longleat.-Photo-by-Chris-Lacey-12-Large.jpeg" TargetMode="External"/><Relationship Id="rId14" Type="http://schemas.openxmlformats.org/officeDocument/2006/relationships/hyperlink" Target="https://greatbritishmotorshows.com/wp-content/uploads/2026/10/racha-2026-finalist-motoring-spectacle.png" TargetMode="External"/><Relationship Id="rId15" Type="http://schemas.openxmlformats.org/officeDocument/2006/relationships/hyperlink" Target="https://greatbritishmotorshows.com/longleat-motor-show-weekender-rac-historic-awards-finalis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Longleat Motor Show Weekender named a 2026 Historic Awards finalist</dc:title>
  <dc:subject>2026 Royal Automobile Club Historic Awards finalist press release</dc:subject>
  <dc:creator>Great British Motor Shows</dc:creator>
  <cp:keywords>Longleat Motor Show Weekender; 2026 Historic Awards; editor copy</cp:keywords>
  <dc:description>Published source: https://greatbritishmotorshows.com/longleat-motor-show-weekender-rac-historic-awards-finalist-2026/</dc:description>
  <cp:lastModifiedBy/>
  <cp:revision>1</cp:revision>
  <dcterms:created xsi:type="dcterms:W3CDTF">2013-12-23T23:15:00Z</dcterms:created>
  <dcterms:modified xsi:type="dcterms:W3CDTF">2013-12-23T23:15:00Z</dcterms:modified>
  <cp:category/>
</cp:coreProperties>
</file>